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תחנת המילים של השבוע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20 מילות התחנה ואת הניבים הנלווים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להשתמש במילים חדשות במשפט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ניבים וצירופי לשון נפוצים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החלטה חזקה להגיע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צניעות, לא להתרברב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(רצון לדעת ולגלות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(הסכמה שבה כל צד מוותר על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(הקו הרחוק שבו השמיים נוגעים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(מנהג שעובר מדור לדור)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תושייה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 – ניבים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בדף העזר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בדף העזר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מישהו מתחיל לעשות דבר טוב בלי שמבקשים ממנו.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בלפחות 4 מילים/ניבים מהרשימה, הגיון בסיפור ורצף תקין.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בדיקה שהתלמיד זוכר לפחות 2 מילים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של הניגוד בין שני הניבים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לניב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הדוגמאות מהדף המקורי בקול רם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והכתיבה היצירתית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אוצר מילים – תחנת המילים של השבוע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20 המילים ואת הניבים שלמדתם בתחנת אוצר המילים. נבדוק אם אתם זוכרים את הפירושים ויודעים להשתמש בהם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תושייה  ·  התמדה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הפירוש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המשמעות של המילה 'נחישות'?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פחד מכישלון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החלטה חזקה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ויתור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המילה 'ענווה'?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צניעות, לא להתרברב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הקו הרחוק שבו השמיים נוגעים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רצון לדעת ולגלות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אופק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מנהג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הסכמה שבה כל צד מוותר על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בזכות __________ רבה, נועה למדה לנגן ביד שמאל ובימין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כשנגמר החבל, אלון הפגין __________ וקשר את האוהל בשרוכים.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 – 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הניב 'שם רגליים' פירושו ברח מהר.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הניב 'לשבור את הקרח' פירושו להתחיל שיחה ולהפיג מבוכה.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משפט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עם המילה 'יוזמה'.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(4-5 משפטים) על יום מיוחד בבית הספר, ושלבו בה לפחות ארבע מילים או ניבים מהתחנה.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חדשות שלמדתם היום ופירושן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'ראש גדול' ל'ראש קטן'?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אוצר מילים – תחנת המילים של השבוע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