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– תחנת המילים של השבוע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20 מילות התחנה ואת הניבים הנלווים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להשתמש במילים חדשות במשפט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ניבים וצירופי לשון נפוצים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הפירוש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החלטה חזקה להגיע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צניעות, לא להתרברב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למצוא פתרון חכם ברגע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שני הצדדים נותנים זה לזה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תמונה של עתיד שרוצים להגשים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התמודד ישירות עם הבעיה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מילה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(רצון לדעת ולגלות דברים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(הסכמה שבה כל צד מוותר על משהו)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(הקו הרחוק שבו השמיים נוגעים באדמה)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(מנהג שעובר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(כבוד והוקרה כלפי מישהו)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תושייה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גמישות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 – ניבים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בדף העזר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פירושו בקצרה, רק מעט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מוסבר בדף העזר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פירושו חולמני ולא מרוכז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פירושו שאף אחד לא טיפל בזה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משפט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שבו מישהו מתחיל לעשות דבר טוב בלי שמבקשים ממנו.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על דבר מסתורי שלא יודעים את ההסבר שלו.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שבו מוזכר החלק הגדול ביותר מתוך דבר 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בלפחות 4 מילים/ניבים מהרשימה, הגיון בסיפור ורצף תקין.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בדיקה שהתלמיד זוכר לפחות 2 מילים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של הניגוד בין שני הניבים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נכון לניב שנבחר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הדוגמאות מהדף המקורי בקול רם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על חלק ההתאמה והכתיבה היצירתית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ניתן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– תחנת המילים של השבוע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20 המילים ואת הניבים שלמדתם בתחנת אוצר המילים. נבדוק אם אתם זוכרים את הפירושים ויודעים להשתמש בהם נכון.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הפירוש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המשמעות של המילה 'נחישות'?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פחד מכישלון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החלטה חזקה להגיע למטרה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ויתור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המילה 'ענווה'?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להתרברב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צניעות, לא להתרברב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'תושייה'?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למצוא פתרון חכם ברגע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לישון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לצעוק בכעס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לברוח מהבעיה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פירוש 'הדדיות'?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צד אחד נותן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הצדדים נותנים זה לזה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לקחת הכל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'חזון'?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של עתיד שרוצים להגשים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זיכרון מהעבר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חלום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פירוש הניב 'תפס את השור בקרניו'?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ברח מהבעיה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התמודד ישירות עם הבעיה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פחד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שכח הכל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מילה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סקרנות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הקו הרחוק שבו השמיים נוגעים באדמה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מנהג שעובר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אופק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רצון לדעת ולגלות דברים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כבוד והוקרה כלפי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הערכה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הסכמה שבה כל צד מוותר על משהו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בזכות __________ רבה, נועה למדה לנגן ביד שמאל ובימין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כשנגמר החבל, אלון הפגין __________ וקשר את האוהל בשרוכים.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מצאנו __________: חצי הפסקה כדורגל וחצי הפסקה כדורעף.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כשהטיול בוטל, הראינו __________ ויצאנו לפיקניק בחצר.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אצלנו יש __________: בכל ערב חג אופים יחד עוגה.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 – ניבים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הניב 'שם רגליים' פירושו ברח מהר.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הניב 'על קצה המזלג' פירושו בפירוט רב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הניב 'לשבור את הקרח' פירושו להתחיל שיחה ולהפיג מבוכה.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הניב 'עם הראש בעננים' פירושו מרוכז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הניב 'נפל בין הכיסאות' פירושו שכולם טיפלו בזה.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משפט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עם המילה 'יוזמה'.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עם המילה 'תעלומה'.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עם הניב 'חלק הארי'.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(4-5 משפטים) על יום מיוחד בבית הספר, ושלבו בה לפחות ארבע מילים או ניבים מהתחנה.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חדשות שלמדתם היום ופירושן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'ראש גדול' ל'ראש קטן'?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ניב אחד והסבירו מה הוא אומר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אוצר מילים – תחנת המילים של השבוע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